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Website Brief Template</w:t>
      </w:r>
    </w:p>
    <w:p>
      <w:r>
        <w:t>Butterfly Prime Solutions · butterflyprime.com · +254 705 828 000 (WhatsApp). Fill in what you know and leave the rest blank.</w:t>
      </w:r>
    </w:p>
    <w:p>
      <w:pPr>
        <w:pStyle w:val="Heading1"/>
      </w:pPr>
      <w:r>
        <w:t>1. About your business</w:t>
      </w:r>
    </w:p>
    <w:p>
      <w:r>
        <w:t>Business name and website (if any):</w:t>
      </w:r>
      <w:r>
        <w:br/>
        <w:br/>
      </w:r>
    </w:p>
    <w:p>
      <w:r>
        <w:t>What you do, in two or three sentences:</w:t>
      </w:r>
      <w:r>
        <w:br/>
        <w:br/>
      </w:r>
    </w:p>
    <w:p>
      <w:r>
        <w:t>What makes you different from competitors:</w:t>
      </w:r>
      <w:r>
        <w:br/>
        <w:br/>
      </w:r>
    </w:p>
    <w:p>
      <w:pPr>
        <w:pStyle w:val="Heading1"/>
      </w:pPr>
      <w:r>
        <w:t>2. Goals</w:t>
      </w:r>
    </w:p>
    <w:p>
      <w:r>
        <w:t>What must the website achieve? (e.g. more WhatsApp enquiries, online sales, bookings):</w:t>
      </w:r>
      <w:r>
        <w:br/>
        <w:br/>
      </w:r>
    </w:p>
    <w:p>
      <w:r>
        <w:t>How will you measure success?</w:t>
      </w:r>
      <w:r>
        <w:br/>
        <w:br/>
      </w:r>
    </w:p>
    <w:p>
      <w:pPr>
        <w:pStyle w:val="Heading1"/>
      </w:pPr>
      <w:r>
        <w:t>3. Audience</w:t>
      </w:r>
    </w:p>
    <w:p>
      <w:r>
        <w:t>Who are your customers?</w:t>
      </w:r>
      <w:r>
        <w:br/>
        <w:br/>
      </w:r>
    </w:p>
    <w:p>
      <w:r>
        <w:t>Where are they (towns or countries)?</w:t>
      </w:r>
      <w:r>
        <w:br/>
        <w:br/>
      </w:r>
    </w:p>
    <w:p>
      <w:r>
        <w:t>What do they need to find quickly?</w:t>
      </w:r>
      <w:r>
        <w:br/>
        <w:br/>
      </w:r>
    </w:p>
    <w:p>
      <w:pPr>
        <w:pStyle w:val="Heading1"/>
      </w:pPr>
      <w:r>
        <w:t>4. Pages and content</w:t>
      </w:r>
    </w:p>
    <w:p>
      <w:r>
        <w:t>Pages you need:</w:t>
      </w:r>
      <w:r>
        <w:br/>
        <w:br/>
      </w:r>
    </w:p>
    <w:p>
      <w:r>
        <w:t>Content you already have (text, photos, logo):</w:t>
      </w:r>
      <w:r>
        <w:br/>
        <w:br/>
      </w:r>
    </w:p>
    <w:p>
      <w:r>
        <w:t>Content you need help with:</w:t>
      </w:r>
      <w:r>
        <w:br/>
        <w:br/>
      </w:r>
    </w:p>
    <w:p>
      <w:pPr>
        <w:pStyle w:val="Heading1"/>
      </w:pPr>
      <w:r>
        <w:t>5. Features</w:t>
      </w:r>
    </w:p>
    <w:p>
      <w:r>
        <w:t>Contact forms / WhatsApp / bookings:</w:t>
      </w:r>
      <w:r>
        <w:br/>
        <w:br/>
      </w:r>
    </w:p>
    <w:p>
      <w:r>
        <w:t>Online shop (how many products?):</w:t>
      </w:r>
      <w:r>
        <w:br/>
        <w:br/>
      </w:r>
    </w:p>
    <w:p>
      <w:r>
        <w:t>Payments: M-Pesa, cards, PayPal, other:</w:t>
      </w:r>
      <w:r>
        <w:br/>
        <w:br/>
      </w:r>
    </w:p>
    <w:p>
      <w:r>
        <w:t>Integrations with other systems:</w:t>
      </w:r>
      <w:r>
        <w:br/>
        <w:br/>
      </w:r>
    </w:p>
    <w:p>
      <w:pPr>
        <w:pStyle w:val="Heading1"/>
      </w:pPr>
      <w:r>
        <w:t>6. Design</w:t>
      </w:r>
    </w:p>
    <w:p>
      <w:r>
        <w:t>Brand colours and fonts:</w:t>
      </w:r>
      <w:r>
        <w:br/>
        <w:br/>
      </w:r>
    </w:p>
    <w:p>
      <w:r>
        <w:t>Three websites you like, and why:</w:t>
      </w:r>
      <w:r>
        <w:br/>
        <w:br/>
      </w:r>
    </w:p>
    <w:p>
      <w:r>
        <w:t>Anything you do not want:</w:t>
      </w:r>
      <w:r>
        <w:br/>
        <w:br/>
      </w:r>
    </w:p>
    <w:p>
      <w:pPr>
        <w:pStyle w:val="Heading1"/>
      </w:pPr>
      <w:r>
        <w:t>7. Domain, hosting and email</w:t>
      </w:r>
    </w:p>
    <w:p>
      <w:r>
        <w:t>Do you own a domain? Which one?</w:t>
      </w:r>
      <w:r>
        <w:br/>
        <w:br/>
      </w:r>
    </w:p>
    <w:p>
      <w:r>
        <w:t>Current hosting and email provider:</w:t>
      </w:r>
      <w:r>
        <w:br/>
        <w:br/>
      </w:r>
    </w:p>
    <w:p>
      <w:pPr>
        <w:pStyle w:val="Heading1"/>
      </w:pPr>
      <w:r>
        <w:t>8. Timeline, budget and approval</w:t>
      </w:r>
    </w:p>
    <w:p>
      <w:r>
        <w:t>Ideal launch date:</w:t>
      </w:r>
      <w:r>
        <w:br/>
        <w:br/>
      </w:r>
    </w:p>
    <w:p>
      <w:r>
        <w:t>Budget range:</w:t>
      </w:r>
      <w:r>
        <w:br/>
        <w:br/>
      </w:r>
    </w:p>
    <w:p>
      <w:r>
        <w:t>Who approves the work?</w:t>
      </w:r>
      <w: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